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E6707" w14:textId="77777777" w:rsidR="00BD43A4" w:rsidRDefault="00DC5A75">
      <w:pPr>
        <w:spacing w:line="360" w:lineRule="auto"/>
        <w:jc w:val="center"/>
        <w:rPr>
          <w:lang w:eastAsia="zh-CN"/>
        </w:rPr>
      </w:pPr>
      <w:r>
        <w:rPr>
          <w:rFonts w:ascii="Times New Roman" w:eastAsia="黑体" w:hAnsi="Times New Roman"/>
          <w:b/>
          <w:sz w:val="36"/>
          <w:lang w:eastAsia="zh-CN"/>
        </w:rPr>
        <w:t>项目诚信与科研伦理承诺书</w:t>
      </w:r>
    </w:p>
    <w:p w14:paraId="4A337F63" w14:textId="77777777" w:rsidR="00BD43A4" w:rsidRDefault="00BD43A4">
      <w:pPr>
        <w:rPr>
          <w:lang w:eastAsia="zh-CN"/>
        </w:rPr>
      </w:pPr>
    </w:p>
    <w:p w14:paraId="34AADEF1" w14:textId="77777777" w:rsidR="00BD43A4" w:rsidRDefault="00DC5A75">
      <w:pPr>
        <w:spacing w:after="0" w:line="300" w:lineRule="auto"/>
        <w:ind w:firstLine="420"/>
        <w:rPr>
          <w:lang w:eastAsia="zh-CN"/>
        </w:rPr>
      </w:pPr>
      <w:r>
        <w:rPr>
          <w:rFonts w:ascii="Times New Roman" w:hAnsi="Times New Roman"/>
          <w:sz w:val="21"/>
          <w:lang w:eastAsia="zh-CN"/>
        </w:rPr>
        <w:t>本人根据深圳市人工智能与机器人研究院医疗机器人方向开放课题申报要求自愿提交项目（课题）申报书，在此郑重承诺：严格遵守国家、地方及课题承担单位关于科研诚信、科研伦理、数据安全、知识产权、保密管理和科研经费管理等有关规定，所申报材料和相关内容真实、完整、准确，不存在违背科研诚信、科研伦理和学术规范要求的行为。</w:t>
      </w:r>
    </w:p>
    <w:p w14:paraId="1A37A58F" w14:textId="77777777" w:rsidR="00BD43A4" w:rsidRDefault="00DC5A75">
      <w:pPr>
        <w:spacing w:before="100" w:after="40" w:line="336" w:lineRule="auto"/>
        <w:rPr>
          <w:lang w:eastAsia="zh-CN"/>
        </w:rPr>
      </w:pPr>
      <w:r>
        <w:rPr>
          <w:rFonts w:ascii="Times New Roman" w:eastAsia="黑体" w:hAnsi="Times New Roman"/>
          <w:b/>
          <w:sz w:val="26"/>
          <w:lang w:eastAsia="zh-CN"/>
        </w:rPr>
        <w:t>一、项目申报阶段</w:t>
      </w:r>
    </w:p>
    <w:p w14:paraId="63D728E7" w14:textId="0FB63AB7" w:rsidR="00BD43A4" w:rsidRDefault="00DC5A75">
      <w:pPr>
        <w:spacing w:after="0" w:line="307" w:lineRule="auto"/>
        <w:ind w:firstLine="420"/>
        <w:rPr>
          <w:lang w:eastAsia="zh-CN"/>
        </w:rPr>
      </w:pPr>
      <w:r>
        <w:rPr>
          <w:rFonts w:ascii="Times New Roman" w:hAnsi="Times New Roman"/>
          <w:sz w:val="20"/>
          <w:lang w:eastAsia="zh-CN"/>
        </w:rPr>
        <w:t xml:space="preserve">1. </w:t>
      </w:r>
      <w:r>
        <w:rPr>
          <w:rFonts w:ascii="Times New Roman" w:hAnsi="Times New Roman"/>
          <w:sz w:val="20"/>
          <w:lang w:eastAsia="zh-CN"/>
        </w:rPr>
        <w:t>本人保证申报材料真实有效，研究基础、代表性成果、论文、</w:t>
      </w:r>
      <w:r>
        <w:rPr>
          <w:rFonts w:ascii="Times New Roman" w:hAnsi="Times New Roman"/>
          <w:sz w:val="20"/>
          <w:lang w:eastAsia="zh-CN"/>
        </w:rPr>
        <w:t>技术文档、临床研究成果、样机或耗材验证材料等不存在虚假、夸大、隐瞒或误导性内容。</w:t>
      </w:r>
    </w:p>
    <w:p w14:paraId="50490A79" w14:textId="77777777" w:rsidR="00BD43A4" w:rsidRDefault="00DC5A75">
      <w:pPr>
        <w:spacing w:after="0" w:line="307" w:lineRule="auto"/>
        <w:ind w:firstLine="420"/>
        <w:rPr>
          <w:lang w:eastAsia="zh-CN"/>
        </w:rPr>
      </w:pPr>
      <w:r>
        <w:rPr>
          <w:rFonts w:ascii="Times New Roman" w:hAnsi="Times New Roman"/>
          <w:sz w:val="20"/>
          <w:lang w:eastAsia="zh-CN"/>
        </w:rPr>
        <w:t xml:space="preserve">2. </w:t>
      </w:r>
      <w:r>
        <w:rPr>
          <w:rFonts w:ascii="Times New Roman" w:hAnsi="Times New Roman"/>
          <w:sz w:val="20"/>
          <w:lang w:eastAsia="zh-CN"/>
        </w:rPr>
        <w:t>本人及团队成员不存在</w:t>
      </w:r>
      <w:r>
        <w:rPr>
          <w:rFonts w:ascii="Times New Roman" w:hAnsi="Times New Roman"/>
          <w:sz w:val="20"/>
          <w:lang w:eastAsia="zh-CN"/>
        </w:rPr>
        <w:t>抄袭、剽窃他人科研成果，伪造、篡改研究数据、研究结论、实验记录、临床数据或图像资料等行为。</w:t>
      </w:r>
    </w:p>
    <w:p w14:paraId="1D2394A8" w14:textId="77777777" w:rsidR="00BD43A4" w:rsidRDefault="00DC5A75">
      <w:pPr>
        <w:spacing w:after="0" w:line="307" w:lineRule="auto"/>
        <w:ind w:firstLine="420"/>
        <w:rPr>
          <w:lang w:eastAsia="zh-CN"/>
        </w:rPr>
      </w:pPr>
      <w:r>
        <w:rPr>
          <w:rFonts w:ascii="Times New Roman" w:hAnsi="Times New Roman"/>
          <w:sz w:val="20"/>
          <w:lang w:eastAsia="zh-CN"/>
        </w:rPr>
        <w:t xml:space="preserve">3. </w:t>
      </w:r>
      <w:r>
        <w:rPr>
          <w:rFonts w:ascii="Times New Roman" w:hAnsi="Times New Roman"/>
          <w:sz w:val="20"/>
          <w:lang w:eastAsia="zh-CN"/>
        </w:rPr>
        <w:t>本人未购买、代写、代投申请书、论文或其他申报材料，未虚构同行评议专家及评议意见。</w:t>
      </w:r>
    </w:p>
    <w:p w14:paraId="790ABC8E" w14:textId="77777777" w:rsidR="00BD43A4" w:rsidRDefault="00DC5A75">
      <w:pPr>
        <w:spacing w:after="0" w:line="307" w:lineRule="auto"/>
        <w:ind w:firstLine="420"/>
        <w:rPr>
          <w:lang w:eastAsia="zh-CN"/>
        </w:rPr>
      </w:pPr>
      <w:r>
        <w:rPr>
          <w:rFonts w:ascii="Times New Roman" w:hAnsi="Times New Roman"/>
          <w:sz w:val="20"/>
          <w:lang w:eastAsia="zh-CN"/>
        </w:rPr>
        <w:t xml:space="preserve">4. </w:t>
      </w:r>
      <w:r>
        <w:rPr>
          <w:rFonts w:ascii="Times New Roman" w:hAnsi="Times New Roman"/>
          <w:sz w:val="20"/>
          <w:lang w:eastAsia="zh-CN"/>
        </w:rPr>
        <w:t>本人不存在重复申报、变相重复申报或以高度相似内容多头申报并隐瞒相关情况的行为。</w:t>
      </w:r>
    </w:p>
    <w:p w14:paraId="2BF09763" w14:textId="77777777" w:rsidR="00BD43A4" w:rsidRDefault="00DC5A75">
      <w:pPr>
        <w:spacing w:after="0" w:line="307" w:lineRule="auto"/>
        <w:ind w:firstLine="420"/>
        <w:rPr>
          <w:lang w:eastAsia="zh-CN"/>
        </w:rPr>
      </w:pPr>
      <w:r>
        <w:rPr>
          <w:rFonts w:ascii="Times New Roman" w:hAnsi="Times New Roman"/>
          <w:sz w:val="20"/>
          <w:lang w:eastAsia="zh-CN"/>
        </w:rPr>
        <w:t xml:space="preserve">5. </w:t>
      </w:r>
      <w:r>
        <w:rPr>
          <w:rFonts w:ascii="Times New Roman" w:hAnsi="Times New Roman"/>
          <w:sz w:val="20"/>
          <w:lang w:eastAsia="zh-CN"/>
        </w:rPr>
        <w:t>本人不以任何形式实施请托、游说、打招呼等可能影响评审公正性的行为。</w:t>
      </w:r>
    </w:p>
    <w:p w14:paraId="47EC77EC" w14:textId="77777777" w:rsidR="00BD43A4" w:rsidRDefault="00DC5A75">
      <w:pPr>
        <w:spacing w:after="0" w:line="307" w:lineRule="auto"/>
        <w:ind w:firstLine="420"/>
        <w:rPr>
          <w:lang w:eastAsia="zh-CN"/>
        </w:rPr>
      </w:pPr>
      <w:r>
        <w:rPr>
          <w:rFonts w:ascii="Times New Roman" w:hAnsi="Times New Roman"/>
          <w:sz w:val="20"/>
          <w:lang w:eastAsia="zh-CN"/>
        </w:rPr>
        <w:t xml:space="preserve">6. </w:t>
      </w:r>
      <w:r>
        <w:rPr>
          <w:rFonts w:ascii="Times New Roman" w:hAnsi="Times New Roman"/>
          <w:sz w:val="20"/>
          <w:lang w:eastAsia="zh-CN"/>
        </w:rPr>
        <w:t>本人保证申报材料符合国家保密、科研诚信、科研伦理和数据合规要求，不泄露国家秘密、商业秘密、技术秘密、患者隐私和个人信息。</w:t>
      </w:r>
    </w:p>
    <w:p w14:paraId="55C17319" w14:textId="77777777" w:rsidR="00BD43A4" w:rsidRDefault="00DC5A75">
      <w:pPr>
        <w:spacing w:after="0" w:line="307" w:lineRule="auto"/>
        <w:ind w:firstLine="420"/>
        <w:rPr>
          <w:lang w:eastAsia="zh-CN"/>
        </w:rPr>
      </w:pPr>
      <w:r>
        <w:rPr>
          <w:rFonts w:ascii="Times New Roman" w:hAnsi="Times New Roman"/>
          <w:sz w:val="20"/>
          <w:lang w:eastAsia="zh-CN"/>
        </w:rPr>
        <w:t xml:space="preserve">7. </w:t>
      </w:r>
      <w:r>
        <w:rPr>
          <w:rFonts w:ascii="Times New Roman" w:hAnsi="Times New Roman"/>
          <w:sz w:val="20"/>
          <w:lang w:eastAsia="zh-CN"/>
        </w:rPr>
        <w:t>本人如实填报本人及主要参与人员正在承担</w:t>
      </w:r>
      <w:r>
        <w:rPr>
          <w:rFonts w:ascii="Times New Roman" w:hAnsi="Times New Roman"/>
          <w:sz w:val="20"/>
          <w:lang w:eastAsia="zh-CN"/>
        </w:rPr>
        <w:t>或参与的相关科研任务，并对填报内容真实性负责。</w:t>
      </w:r>
    </w:p>
    <w:p w14:paraId="7969622A" w14:textId="77777777" w:rsidR="00BD43A4" w:rsidRDefault="00DC5A75">
      <w:pPr>
        <w:spacing w:before="100" w:after="40" w:line="336" w:lineRule="auto"/>
        <w:rPr>
          <w:lang w:eastAsia="zh-CN"/>
        </w:rPr>
      </w:pPr>
      <w:r>
        <w:rPr>
          <w:rFonts w:ascii="Times New Roman" w:eastAsia="黑体" w:hAnsi="Times New Roman"/>
          <w:b/>
          <w:sz w:val="26"/>
          <w:lang w:eastAsia="zh-CN"/>
        </w:rPr>
        <w:t>二、项目立项及执行阶段</w:t>
      </w:r>
    </w:p>
    <w:p w14:paraId="5AE7EE86" w14:textId="77777777" w:rsidR="00BD43A4" w:rsidRDefault="00DC5A75">
      <w:pPr>
        <w:spacing w:after="0" w:line="307" w:lineRule="auto"/>
        <w:ind w:firstLine="420"/>
        <w:rPr>
          <w:lang w:eastAsia="zh-CN"/>
        </w:rPr>
      </w:pPr>
      <w:r>
        <w:rPr>
          <w:rFonts w:ascii="Times New Roman" w:hAnsi="Times New Roman"/>
          <w:sz w:val="20"/>
          <w:lang w:eastAsia="zh-CN"/>
        </w:rPr>
        <w:t xml:space="preserve">1. </w:t>
      </w:r>
      <w:r>
        <w:rPr>
          <w:rFonts w:ascii="Times New Roman" w:hAnsi="Times New Roman"/>
          <w:sz w:val="20"/>
          <w:lang w:eastAsia="zh-CN"/>
        </w:rPr>
        <w:t>如项目立项，本人将严格按照批准的研究内容、技术路线、年度计划、考核指标和经费预算组织实施，不擅自降低目标任务、缩减研究内容或改变研究方向。</w:t>
      </w:r>
    </w:p>
    <w:p w14:paraId="0EB681E5" w14:textId="77777777" w:rsidR="00BD43A4" w:rsidRDefault="00DC5A75">
      <w:pPr>
        <w:spacing w:after="0" w:line="307" w:lineRule="auto"/>
        <w:ind w:firstLine="420"/>
        <w:rPr>
          <w:lang w:eastAsia="zh-CN"/>
        </w:rPr>
      </w:pPr>
      <w:r>
        <w:rPr>
          <w:rFonts w:ascii="Times New Roman" w:hAnsi="Times New Roman"/>
          <w:sz w:val="20"/>
          <w:lang w:eastAsia="zh-CN"/>
        </w:rPr>
        <w:t xml:space="preserve">2. </w:t>
      </w:r>
      <w:r>
        <w:rPr>
          <w:rFonts w:ascii="Times New Roman" w:hAnsi="Times New Roman"/>
          <w:sz w:val="20"/>
          <w:lang w:eastAsia="zh-CN"/>
        </w:rPr>
        <w:t>本人将切实保证研究工作投入，按要求提交中期进展报告、结题报告、成果清单、经费执行说明及相关证明材料，并及时报告重大事项变化。</w:t>
      </w:r>
    </w:p>
    <w:p w14:paraId="0AA1E14C" w14:textId="77777777" w:rsidR="00BD43A4" w:rsidRDefault="00DC5A75">
      <w:pPr>
        <w:spacing w:after="0" w:line="307" w:lineRule="auto"/>
        <w:ind w:firstLine="420"/>
        <w:rPr>
          <w:lang w:eastAsia="zh-CN"/>
        </w:rPr>
      </w:pPr>
      <w:r>
        <w:rPr>
          <w:rFonts w:ascii="Times New Roman" w:hAnsi="Times New Roman"/>
          <w:sz w:val="20"/>
          <w:lang w:eastAsia="zh-CN"/>
        </w:rPr>
        <w:t xml:space="preserve">3. </w:t>
      </w:r>
      <w:r>
        <w:rPr>
          <w:rFonts w:ascii="Times New Roman" w:hAnsi="Times New Roman"/>
          <w:sz w:val="20"/>
          <w:lang w:eastAsia="zh-CN"/>
        </w:rPr>
        <w:t>本人不违规转包、分包科研任务，不以项目实施周期外或与课题无关的成果充抵交差。</w:t>
      </w:r>
    </w:p>
    <w:p w14:paraId="7F4CCF70" w14:textId="77777777" w:rsidR="00BD43A4" w:rsidRDefault="00DC5A75">
      <w:pPr>
        <w:spacing w:after="0" w:line="307" w:lineRule="auto"/>
        <w:ind w:firstLine="420"/>
        <w:rPr>
          <w:lang w:eastAsia="zh-CN"/>
        </w:rPr>
      </w:pPr>
      <w:r>
        <w:rPr>
          <w:rFonts w:ascii="Times New Roman" w:hAnsi="Times New Roman"/>
          <w:sz w:val="20"/>
          <w:lang w:eastAsia="zh-CN"/>
        </w:rPr>
        <w:t xml:space="preserve">4. </w:t>
      </w:r>
      <w:r>
        <w:rPr>
          <w:rFonts w:ascii="Times New Roman" w:hAnsi="Times New Roman"/>
          <w:sz w:val="20"/>
          <w:lang w:eastAsia="zh-CN"/>
        </w:rPr>
        <w:t>本人遵守科研伦理和学术道德规范，涉及人体研究、动物实验、临床数据、医学影</w:t>
      </w:r>
      <w:r>
        <w:rPr>
          <w:rFonts w:ascii="Times New Roman" w:hAnsi="Times New Roman"/>
          <w:sz w:val="20"/>
          <w:lang w:eastAsia="zh-CN"/>
        </w:rPr>
        <w:t>像数据、医疗器械样机或医用耗材验证的，将依法依规履行伦理审批、知情同意、数据合规、安全性评价和相关备案程序。</w:t>
      </w:r>
    </w:p>
    <w:p w14:paraId="40BEE9AF" w14:textId="77777777" w:rsidR="00BD43A4" w:rsidRDefault="00DC5A75">
      <w:pPr>
        <w:spacing w:after="0" w:line="307" w:lineRule="auto"/>
        <w:ind w:firstLine="420"/>
        <w:rPr>
          <w:lang w:eastAsia="zh-CN"/>
        </w:rPr>
      </w:pPr>
      <w:r>
        <w:rPr>
          <w:rFonts w:ascii="Times New Roman" w:hAnsi="Times New Roman"/>
          <w:sz w:val="20"/>
          <w:lang w:eastAsia="zh-CN"/>
        </w:rPr>
        <w:t xml:space="preserve">5. </w:t>
      </w:r>
      <w:r>
        <w:rPr>
          <w:rFonts w:ascii="Times New Roman" w:hAnsi="Times New Roman"/>
          <w:sz w:val="20"/>
          <w:lang w:eastAsia="zh-CN"/>
        </w:rPr>
        <w:t>本人严格遵守数据安全、个人信息保护和患者隐私保护要求，未经授权不擅自采集、使用、复制、转移、共享或公开临床数据、医学影像数据和个人信息。</w:t>
      </w:r>
    </w:p>
    <w:p w14:paraId="7717AAEC" w14:textId="77777777" w:rsidR="00BD43A4" w:rsidRDefault="00DC5A75">
      <w:pPr>
        <w:spacing w:after="0" w:line="307" w:lineRule="auto"/>
        <w:ind w:firstLine="420"/>
        <w:rPr>
          <w:lang w:eastAsia="zh-CN"/>
        </w:rPr>
      </w:pPr>
      <w:r>
        <w:rPr>
          <w:rFonts w:ascii="Times New Roman" w:hAnsi="Times New Roman"/>
          <w:sz w:val="20"/>
          <w:lang w:eastAsia="zh-CN"/>
        </w:rPr>
        <w:t xml:space="preserve">6. </w:t>
      </w:r>
      <w:r>
        <w:rPr>
          <w:rFonts w:ascii="Times New Roman" w:hAnsi="Times New Roman"/>
          <w:sz w:val="20"/>
          <w:lang w:eastAsia="zh-CN"/>
        </w:rPr>
        <w:t>本人遵守医疗器械、实验动物、生物安全、网络安全、人工智能算法安全等相关法律法规及管理要求，确保研究过程安全、合规、可追溯。</w:t>
      </w:r>
    </w:p>
    <w:p w14:paraId="62052375" w14:textId="77777777" w:rsidR="00BD43A4" w:rsidRDefault="00DC5A75">
      <w:pPr>
        <w:spacing w:after="0" w:line="307" w:lineRule="auto"/>
        <w:ind w:firstLine="420"/>
        <w:rPr>
          <w:lang w:eastAsia="zh-CN"/>
        </w:rPr>
      </w:pPr>
      <w:r>
        <w:rPr>
          <w:rFonts w:ascii="Times New Roman" w:hAnsi="Times New Roman"/>
          <w:sz w:val="20"/>
          <w:lang w:eastAsia="zh-CN"/>
        </w:rPr>
        <w:t xml:space="preserve">7. </w:t>
      </w:r>
      <w:r>
        <w:rPr>
          <w:rFonts w:ascii="Times New Roman" w:hAnsi="Times New Roman"/>
          <w:sz w:val="20"/>
          <w:lang w:eastAsia="zh-CN"/>
        </w:rPr>
        <w:t>本人将项目资金全部用于与本项目研究工作直接相关的支出，并严格遵守财经纪律和经费管理规定。</w:t>
      </w:r>
    </w:p>
    <w:p w14:paraId="7A2E25ED" w14:textId="77777777" w:rsidR="00BD43A4" w:rsidRDefault="00DC5A75">
      <w:pPr>
        <w:spacing w:before="100" w:after="40" w:line="336" w:lineRule="auto"/>
        <w:rPr>
          <w:lang w:eastAsia="zh-CN"/>
        </w:rPr>
      </w:pPr>
      <w:r>
        <w:rPr>
          <w:rFonts w:ascii="Times New Roman" w:eastAsia="黑体" w:hAnsi="Times New Roman"/>
          <w:b/>
          <w:sz w:val="26"/>
          <w:lang w:eastAsia="zh-CN"/>
        </w:rPr>
        <w:t>三、成果署名、知识产权与保密</w:t>
      </w:r>
    </w:p>
    <w:p w14:paraId="577200EA" w14:textId="5CF73C25" w:rsidR="00BD43A4" w:rsidRDefault="00DC5A75">
      <w:pPr>
        <w:spacing w:after="0" w:line="307" w:lineRule="auto"/>
        <w:ind w:firstLine="420"/>
        <w:rPr>
          <w:lang w:eastAsia="zh-CN"/>
        </w:rPr>
      </w:pPr>
      <w:r>
        <w:rPr>
          <w:rFonts w:ascii="Times New Roman" w:hAnsi="Times New Roman"/>
          <w:sz w:val="20"/>
          <w:lang w:eastAsia="zh-CN"/>
        </w:rPr>
        <w:t>1</w:t>
      </w:r>
      <w:r>
        <w:rPr>
          <w:rFonts w:ascii="Times New Roman" w:hAnsi="Times New Roman"/>
          <w:sz w:val="20"/>
          <w:lang w:eastAsia="zh-CN"/>
        </w:rPr>
        <w:t xml:space="preserve">. </w:t>
      </w:r>
      <w:r>
        <w:rPr>
          <w:rFonts w:ascii="Times New Roman" w:hAnsi="Times New Roman"/>
          <w:sz w:val="20"/>
          <w:lang w:eastAsia="zh-CN"/>
        </w:rPr>
        <w:t>本人承诺对资助项目形成的论文、</w:t>
      </w:r>
      <w:r>
        <w:rPr>
          <w:rFonts w:ascii="Times New Roman" w:hAnsi="Times New Roman"/>
          <w:sz w:val="20"/>
          <w:lang w:eastAsia="zh-CN"/>
        </w:rPr>
        <w:t>算法模型、样机、耗材、数据成果、技术报告、临床研究方案、标准草案等成果，按照实际贡献和相关协议合理确定署名、知识产权归属和成果转化权益。</w:t>
      </w:r>
    </w:p>
    <w:p w14:paraId="4B99E8C0" w14:textId="77777777" w:rsidR="00BD43A4" w:rsidRDefault="00DC5A75">
      <w:pPr>
        <w:spacing w:after="0" w:line="307" w:lineRule="auto"/>
        <w:ind w:firstLine="420"/>
        <w:rPr>
          <w:lang w:eastAsia="zh-CN"/>
        </w:rPr>
      </w:pPr>
      <w:r>
        <w:rPr>
          <w:rFonts w:ascii="Times New Roman" w:hAnsi="Times New Roman"/>
          <w:sz w:val="20"/>
          <w:lang w:eastAsia="zh-CN"/>
        </w:rPr>
        <w:t xml:space="preserve">2. </w:t>
      </w:r>
      <w:r>
        <w:rPr>
          <w:rFonts w:ascii="Times New Roman" w:hAnsi="Times New Roman"/>
          <w:sz w:val="20"/>
          <w:lang w:eastAsia="zh-CN"/>
        </w:rPr>
        <w:t>本人反对无实质学术贡献者</w:t>
      </w:r>
      <w:r>
        <w:rPr>
          <w:rFonts w:ascii="Times New Roman" w:hAnsi="Times New Roman"/>
          <w:sz w:val="20"/>
          <w:lang w:eastAsia="zh-CN"/>
        </w:rPr>
        <w:t>“</w:t>
      </w:r>
      <w:r>
        <w:rPr>
          <w:rFonts w:ascii="Times New Roman" w:hAnsi="Times New Roman"/>
          <w:sz w:val="20"/>
          <w:lang w:eastAsia="zh-CN"/>
        </w:rPr>
        <w:t>挂名</w:t>
      </w:r>
      <w:r>
        <w:rPr>
          <w:rFonts w:ascii="Times New Roman" w:hAnsi="Times New Roman"/>
          <w:sz w:val="20"/>
          <w:lang w:eastAsia="zh-CN"/>
        </w:rPr>
        <w:t>”</w:t>
      </w:r>
      <w:r>
        <w:rPr>
          <w:rFonts w:ascii="Times New Roman" w:hAnsi="Times New Roman"/>
          <w:sz w:val="20"/>
          <w:lang w:eastAsia="zh-CN"/>
        </w:rPr>
        <w:t>，不在成果署名、知识产权归属、数据使用、成果转化收益等方面侵占他人或合作单位合法权益。</w:t>
      </w:r>
    </w:p>
    <w:p w14:paraId="6A82DC1F" w14:textId="13CB4417" w:rsidR="00BD43A4" w:rsidRDefault="00DC5A75">
      <w:pPr>
        <w:spacing w:after="0" w:line="307" w:lineRule="auto"/>
        <w:ind w:firstLine="420"/>
        <w:rPr>
          <w:lang w:eastAsia="zh-CN"/>
        </w:rPr>
      </w:pPr>
      <w:r>
        <w:rPr>
          <w:rFonts w:ascii="Times New Roman" w:hAnsi="Times New Roman"/>
          <w:sz w:val="20"/>
          <w:lang w:eastAsia="zh-CN"/>
        </w:rPr>
        <w:lastRenderedPageBreak/>
        <w:t xml:space="preserve">3. </w:t>
      </w:r>
      <w:r>
        <w:rPr>
          <w:rFonts w:ascii="Times New Roman" w:hAnsi="Times New Roman"/>
          <w:sz w:val="20"/>
          <w:lang w:eastAsia="zh-CN"/>
        </w:rPr>
        <w:t>依托深圳市人工智能与机器人研究院开放课题形成的成果，在发表论文、申报奖项</w:t>
      </w:r>
      <w:r>
        <w:rPr>
          <w:rFonts w:ascii="Times New Roman" w:hAnsi="Times New Roman"/>
          <w:sz w:val="20"/>
          <w:lang w:eastAsia="zh-CN"/>
        </w:rPr>
        <w:t>或进行成果宣传时，本人将按约定标注</w:t>
      </w:r>
      <w:r>
        <w:rPr>
          <w:rFonts w:ascii="Times New Roman" w:hAnsi="Times New Roman"/>
          <w:sz w:val="20"/>
          <w:lang w:eastAsia="zh-CN"/>
        </w:rPr>
        <w:t>AIRS</w:t>
      </w:r>
      <w:r>
        <w:rPr>
          <w:rFonts w:ascii="Times New Roman" w:hAnsi="Times New Roman"/>
          <w:sz w:val="20"/>
          <w:lang w:eastAsia="zh-CN"/>
        </w:rPr>
        <w:t>相关信息。</w:t>
      </w:r>
    </w:p>
    <w:p w14:paraId="39439151" w14:textId="77777777" w:rsidR="00BD43A4" w:rsidRDefault="00DC5A75">
      <w:pPr>
        <w:spacing w:after="0" w:line="307" w:lineRule="auto"/>
        <w:ind w:firstLine="420"/>
        <w:rPr>
          <w:lang w:eastAsia="zh-CN"/>
        </w:rPr>
      </w:pPr>
      <w:r>
        <w:rPr>
          <w:rFonts w:ascii="Times New Roman" w:hAnsi="Times New Roman"/>
          <w:sz w:val="20"/>
          <w:lang w:eastAsia="zh-CN"/>
        </w:rPr>
        <w:t xml:space="preserve">4. </w:t>
      </w:r>
      <w:r>
        <w:rPr>
          <w:rFonts w:ascii="Times New Roman" w:hAnsi="Times New Roman"/>
          <w:sz w:val="20"/>
          <w:lang w:eastAsia="zh-CN"/>
        </w:rPr>
        <w:t>本人对课题执行过程中知悉的国家秘密、商业秘密、技</w:t>
      </w:r>
      <w:r>
        <w:rPr>
          <w:rFonts w:ascii="Times New Roman" w:hAnsi="Times New Roman"/>
          <w:sz w:val="20"/>
          <w:lang w:eastAsia="zh-CN"/>
        </w:rPr>
        <w:t>术秘密、未公开知识产权、临床数据和个人信息承担保密义务，未经授权不向第三方披露或用于课题研究以外的用途。</w:t>
      </w:r>
    </w:p>
    <w:p w14:paraId="702A9429" w14:textId="77777777" w:rsidR="00BD43A4" w:rsidRDefault="00DC5A75">
      <w:pPr>
        <w:spacing w:before="100" w:after="40" w:line="336" w:lineRule="auto"/>
        <w:rPr>
          <w:lang w:eastAsia="zh-CN"/>
        </w:rPr>
      </w:pPr>
      <w:r>
        <w:rPr>
          <w:rFonts w:ascii="Times New Roman" w:eastAsia="黑体" w:hAnsi="Times New Roman"/>
          <w:b/>
          <w:sz w:val="26"/>
          <w:lang w:eastAsia="zh-CN"/>
        </w:rPr>
        <w:t>四、违约责任</w:t>
      </w:r>
    </w:p>
    <w:p w14:paraId="2C82CA87" w14:textId="77777777" w:rsidR="00BD43A4" w:rsidRDefault="00DC5A75">
      <w:pPr>
        <w:spacing w:after="0" w:line="300" w:lineRule="auto"/>
        <w:ind w:firstLine="420"/>
        <w:rPr>
          <w:lang w:eastAsia="zh-CN"/>
        </w:rPr>
      </w:pPr>
      <w:r>
        <w:rPr>
          <w:rFonts w:ascii="Times New Roman" w:hAnsi="Times New Roman"/>
          <w:sz w:val="21"/>
          <w:lang w:eastAsia="zh-CN"/>
        </w:rPr>
        <w:t>如本人违反上述承诺，本人愿接受深圳市人工智能与机器人研究院、课题承担单位及相关主管部门依据有关规定作出的处理决定，包括但不限于取消项目申请或承担资格、终止项目执行、追回项目经费、取消一定期限内申请资格、记入科研诚信记录以及承担相应法律责任。</w:t>
      </w:r>
    </w:p>
    <w:p w14:paraId="30A06A98" w14:textId="77777777" w:rsidR="00BD43A4" w:rsidRDefault="00BD43A4">
      <w:pPr>
        <w:rPr>
          <w:lang w:eastAsia="zh-CN"/>
        </w:rPr>
      </w:pPr>
    </w:p>
    <w:p w14:paraId="152622FC" w14:textId="77777777" w:rsidR="00BD43A4" w:rsidRDefault="00DC5A75">
      <w:pPr>
        <w:spacing w:line="288" w:lineRule="auto"/>
        <w:rPr>
          <w:lang w:eastAsia="zh-CN"/>
        </w:rPr>
      </w:pPr>
      <w:r>
        <w:rPr>
          <w:rFonts w:ascii="Times New Roman" w:hAnsi="Times New Roman"/>
          <w:lang w:eastAsia="zh-CN"/>
        </w:rPr>
        <w:t>承诺人（签字）：</w:t>
      </w:r>
      <w:r>
        <w:rPr>
          <w:rFonts w:ascii="Times New Roman" w:hAnsi="Times New Roman"/>
          <w:lang w:eastAsia="zh-CN"/>
        </w:rPr>
        <w:t>____________________</w:t>
      </w:r>
    </w:p>
    <w:p w14:paraId="7318E83F" w14:textId="77777777" w:rsidR="00BD43A4" w:rsidRDefault="00DC5A75">
      <w:pPr>
        <w:spacing w:line="288" w:lineRule="auto"/>
        <w:rPr>
          <w:lang w:eastAsia="zh-CN"/>
        </w:rPr>
      </w:pPr>
      <w:r>
        <w:rPr>
          <w:rFonts w:ascii="Times New Roman" w:hAnsi="Times New Roman"/>
          <w:lang w:eastAsia="zh-CN"/>
        </w:rPr>
        <w:t>所在单位：</w:t>
      </w:r>
      <w:r>
        <w:rPr>
          <w:rFonts w:ascii="Times New Roman" w:hAnsi="Times New Roman"/>
          <w:lang w:eastAsia="zh-CN"/>
        </w:rPr>
        <w:t>__________________________</w:t>
      </w:r>
    </w:p>
    <w:p w14:paraId="1D92BCC3" w14:textId="77777777" w:rsidR="00BD43A4" w:rsidRDefault="00DC5A75">
      <w:pPr>
        <w:spacing w:line="288" w:lineRule="auto"/>
      </w:pPr>
      <w:r>
        <w:rPr>
          <w:rFonts w:ascii="Times New Roman" w:hAnsi="Times New Roman"/>
        </w:rPr>
        <w:t>日期：</w:t>
      </w:r>
      <w:r>
        <w:rPr>
          <w:rFonts w:ascii="Times New Roman" w:hAnsi="Times New Roman"/>
        </w:rPr>
        <w:t>________</w:t>
      </w:r>
      <w:r>
        <w:rPr>
          <w:rFonts w:ascii="Times New Roman" w:hAnsi="Times New Roman"/>
        </w:rPr>
        <w:t>年</w:t>
      </w:r>
      <w:r>
        <w:rPr>
          <w:rFonts w:ascii="Times New Roman" w:hAnsi="Times New Roman"/>
        </w:rPr>
        <w:t>____</w:t>
      </w:r>
      <w:r>
        <w:rPr>
          <w:rFonts w:ascii="Times New Roman" w:hAnsi="Times New Roman"/>
        </w:rPr>
        <w:t>月</w:t>
      </w:r>
      <w:r>
        <w:rPr>
          <w:rFonts w:ascii="Times New Roman" w:hAnsi="Times New Roman"/>
        </w:rPr>
        <w:t>____</w:t>
      </w:r>
      <w:r>
        <w:rPr>
          <w:rFonts w:ascii="Times New Roman" w:hAnsi="Times New Roman"/>
        </w:rPr>
        <w:t>日</w:t>
      </w:r>
    </w:p>
    <w:sectPr w:rsidR="00BD43A4" w:rsidSect="00034616">
      <w:pgSz w:w="12240" w:h="15840"/>
      <w:pgMar w:top="1191" w:right="1417" w:bottom="96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7192D" w14:textId="77777777" w:rsidR="00DC5A75" w:rsidRDefault="00DC5A75" w:rsidP="00374596">
      <w:pPr>
        <w:spacing w:after="0" w:line="240" w:lineRule="auto"/>
      </w:pPr>
      <w:r>
        <w:separator/>
      </w:r>
    </w:p>
  </w:endnote>
  <w:endnote w:type="continuationSeparator" w:id="0">
    <w:p w14:paraId="6460F1C7" w14:textId="77777777" w:rsidR="00DC5A75" w:rsidRDefault="00DC5A75" w:rsidP="00374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EFC02" w14:textId="77777777" w:rsidR="00DC5A75" w:rsidRDefault="00DC5A75" w:rsidP="00374596">
      <w:pPr>
        <w:spacing w:after="0" w:line="240" w:lineRule="auto"/>
      </w:pPr>
      <w:r>
        <w:separator/>
      </w:r>
    </w:p>
  </w:footnote>
  <w:footnote w:type="continuationSeparator" w:id="0">
    <w:p w14:paraId="4231A04F" w14:textId="77777777" w:rsidR="00DC5A75" w:rsidRDefault="00DC5A75" w:rsidP="003745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74596"/>
    <w:rsid w:val="00AA1D8D"/>
    <w:rsid w:val="00B47730"/>
    <w:rsid w:val="00BD43A4"/>
    <w:rsid w:val="00CB0664"/>
    <w:rsid w:val="00DC5A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8357F6"/>
  <w14:defaultImageDpi w14:val="300"/>
  <w15:docId w15:val="{3E6CF612-E3E0-43A5-9F8B-97EFDA403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仿宋" w:eastAsia="仿宋" w:hAnsi="仿宋"/>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229</Words>
  <Characters>1308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Feng Wenhui (AIRS)</cp:lastModifiedBy>
  <cp:revision>2</cp:revision>
  <dcterms:created xsi:type="dcterms:W3CDTF">2013-12-23T23:15:00Z</dcterms:created>
  <dcterms:modified xsi:type="dcterms:W3CDTF">2026-06-29T00:53:00Z</dcterms:modified>
  <cp:category/>
</cp:coreProperties>
</file>